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rPr>
          <w:b/>
          <w:color w:val="0038B8"/>
          <w:sz w:val="44"/>
          <w:rtl w:val="1"/>
          <w:rFonts w:ascii="Arial" w:hAnsi="Arial" w:cs="Arial"/>
          <w:szCs w:val="44"/>
          <w:bCs/>
        </w:rPr>
        <w:t>📝 פינת לאום – דף עבודה (יסודי)</w:t>
      </w:r>
    </w:p>
    <w:p>
      <w:pPr>
        <w:bidi w:val="1"/>
        <w:jc w:val="right"/>
      </w:pPr>
      <w:r>
        <w:rPr>
          <w:b w:val="0"/>
          <w:sz w:val="26"/>
          <w:rtl w:val="1"/>
          <w:rFonts w:ascii="Arial" w:hAnsi="Arial" w:cs="Arial"/>
          <w:szCs w:val="26"/>
        </w:rPr>
        <w:t>שם: ______________   כיתה: ______   תאריך: __________</w:t>
      </w:r>
    </w:p>
    <w:p>
      <w:pPr>
        <w:bidi w:val="1"/>
        <w:jc w:val="right"/>
      </w:pPr>
      <w:r>
        <w:rPr>
          <w:b/>
          <w:sz w:val="28"/>
          <w:rtl w:val="1"/>
          <w:rFonts w:ascii="Arial" w:hAnsi="Arial" w:cs="Arial"/>
          <w:szCs w:val="28"/>
          <w:bCs/>
        </w:rPr>
        <w:t>1. צבעו את הדגל: מה הצבעים? מה יש באמצע?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880000" cy="235636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lag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3563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right"/>
      </w:pPr>
      <w:r>
        <w:rPr>
          <w:b/>
          <w:sz w:val="28"/>
          <w:rtl w:val="1"/>
          <w:rFonts w:ascii="Arial" w:hAnsi="Arial" w:cs="Arial"/>
          <w:szCs w:val="28"/>
          <w:bCs/>
        </w:rPr>
        <w:t>2. מה יש בסמל המדינה? סמנו ✔️:</w:t>
      </w:r>
    </w:p>
    <w:p>
      <w:pPr>
        <w:bidi w:val="1"/>
        <w:jc w:val="right"/>
      </w:pPr>
      <w:r>
        <w:rPr>
          <w:b w:val="0"/>
          <w:sz w:val="32"/>
          <w:rtl w:val="1"/>
          <w:rFonts w:ascii="Arial" w:hAnsi="Arial" w:cs="Arial"/>
          <w:szCs w:val="32"/>
        </w:rPr>
        <w:t>◯ מנורה    ◯ אריה    ◯ ענפי זית    ◯ כתר    ◯ המילה "ישראל"</w:t>
      </w:r>
    </w:p>
    <w:p>
      <w:pPr>
        <w:bidi w:val="1"/>
        <w:jc w:val="right"/>
      </w:pPr>
      <w:r>
        <w:rPr>
          <w:b/>
          <w:sz w:val="28"/>
          <w:rtl w:val="1"/>
          <w:rFonts w:ascii="Arial" w:hAnsi="Arial" w:cs="Arial"/>
          <w:szCs w:val="28"/>
          <w:bCs/>
        </w:rPr>
        <w:t>3. איך נקרא ההמנון? מה עושים כשהוא מתנגן?</w:t>
      </w:r>
    </w:p>
    <w:p>
      <w:pPr>
        <w:bidi w:val="1"/>
        <w:jc w:val="right"/>
      </w:pPr>
      <w:r>
        <w:rPr>
          <w:b w:val="0"/>
          <w:color w:val="94A3B8"/>
          <w:sz w:val="26"/>
          <w:rtl w:val="1"/>
          <w:rFonts w:ascii="Arial" w:hAnsi="Arial" w:cs="Arial"/>
          <w:szCs w:val="26"/>
        </w:rPr>
        <w:t>______________________________________________________________</w:t>
      </w:r>
    </w:p>
    <w:p>
      <w:pPr>
        <w:bidi w:val="1"/>
        <w:jc w:val="right"/>
      </w:pPr>
      <w:r>
        <w:rPr>
          <w:b w:val="0"/>
          <w:color w:val="94A3B8"/>
          <w:sz w:val="26"/>
          <w:rtl w:val="1"/>
          <w:rFonts w:ascii="Arial" w:hAnsi="Arial" w:cs="Arial"/>
          <w:szCs w:val="26"/>
        </w:rPr>
        <w:t>______________________________________________________________</w:t>
      </w:r>
    </w:p>
    <w:p>
      <w:pPr>
        <w:bidi w:val="1"/>
        <w:jc w:val="right"/>
      </w:pPr>
      <w:r>
        <w:rPr>
          <w:b/>
          <w:sz w:val="28"/>
          <w:rtl w:val="1"/>
          <w:rFonts w:ascii="Arial" w:hAnsi="Arial" w:cs="Arial"/>
          <w:szCs w:val="28"/>
          <w:bCs/>
        </w:rPr>
        <w:t>4. אם לכיתה שלנו היה דגל – ציירו אותו:</w:t>
      </w:r>
    </w:p>
    <w:p>
      <w:pPr>
        <w:bidi w:val="1"/>
        <w:jc w:val="right"/>
      </w:pPr>
      <w:r>
        <w:rPr>
          <w:b w:val="0"/>
          <w:color w:val="94A3B8"/>
          <w:sz w:val="26"/>
          <w:rtl w:val="1"/>
          <w:rFonts w:ascii="Arial" w:hAnsi="Arial" w:cs="Arial"/>
          <w:szCs w:val="26"/>
        </w:rPr>
        <w:t>______________________________________________________________</w:t>
      </w:r>
    </w:p>
    <w:p>
      <w:pPr>
        <w:bidi w:val="1"/>
        <w:jc w:val="right"/>
      </w:pPr>
      <w:r>
        <w:rPr>
          <w:b w:val="0"/>
          <w:color w:val="94A3B8"/>
          <w:sz w:val="26"/>
          <w:rtl w:val="1"/>
          <w:rFonts w:ascii="Arial" w:hAnsi="Arial" w:cs="Arial"/>
          <w:szCs w:val="26"/>
        </w:rPr>
        <w:t>______________________________________________________________</w:t>
      </w:r>
    </w:p>
    <w:p>
      <w:pPr>
        <w:bidi w:val="1"/>
        <w:jc w:val="right"/>
      </w:pPr>
      <w:r>
        <w:rPr>
          <w:b w:val="0"/>
          <w:color w:val="94A3B8"/>
          <w:sz w:val="26"/>
          <w:rtl w:val="1"/>
          <w:rFonts w:ascii="Arial" w:hAnsi="Arial" w:cs="Arial"/>
          <w:szCs w:val="26"/>
        </w:rPr>
        <w:t>______________________________________________________________</w:t>
      </w:r>
    </w:p>
    <w:p>
      <w:pPr>
        <w:bidi w:val="1"/>
        <w:jc w:val="right"/>
      </w:pPr>
      <w:r>
        <w:rPr>
          <w:b w:val="0"/>
          <w:color w:val="94A3B8"/>
          <w:sz w:val="26"/>
          <w:rtl w:val="1"/>
          <w:rFonts w:ascii="Arial" w:hAnsi="Arial" w:cs="Arial"/>
          <w:szCs w:val="26"/>
        </w:rPr>
        <w:t>______________________________________________________________</w:t>
      </w:r>
    </w:p>
    <w:p>
      <w:pPr>
        <w:bidi w:val="1"/>
        <w:jc w:val="right"/>
      </w:pPr>
      <w:r>
        <w:rPr>
          <w:b/>
          <w:sz w:val="28"/>
          <w:rtl w:val="1"/>
          <w:rFonts w:ascii="Arial" w:hAnsi="Arial" w:cs="Arial"/>
          <w:szCs w:val="28"/>
          <w:bCs/>
        </w:rPr>
        <w:t>5. מה עושה לי טוב בכיתה שלי?</w:t>
      </w:r>
    </w:p>
    <w:p>
      <w:pPr>
        <w:bidi w:val="1"/>
        <w:jc w:val="right"/>
      </w:pPr>
      <w:r>
        <w:rPr>
          <w:b w:val="0"/>
          <w:color w:val="94A3B8"/>
          <w:sz w:val="26"/>
          <w:rtl w:val="1"/>
          <w:rFonts w:ascii="Arial" w:hAnsi="Arial" w:cs="Arial"/>
          <w:szCs w:val="26"/>
        </w:rPr>
        <w:t>______________________________________________________________</w:t>
      </w:r>
    </w:p>
    <w:p>
      <w:pPr>
        <w:bidi w:val="1"/>
        <w:jc w:val="right"/>
      </w:pPr>
      <w:r>
        <w:rPr>
          <w:b w:val="0"/>
          <w:color w:val="94A3B8"/>
          <w:sz w:val="26"/>
          <w:rtl w:val="1"/>
          <w:rFonts w:ascii="Arial" w:hAnsi="Arial" w:cs="Arial"/>
          <w:szCs w:val="26"/>
        </w:rPr>
        <w:t>______________________________________________________________</w:t>
      </w:r>
    </w:p>
    <w:p>
      <w:r>
        <w:br w:type="page"/>
      </w:r>
    </w:p>
    <w:p>
      <w:pPr>
        <w:bidi w:val="1"/>
        <w:jc w:val="right"/>
      </w:pPr>
      <w:r>
        <w:rPr>
          <w:b/>
          <w:color w:val="0038B8"/>
          <w:sz w:val="44"/>
          <w:rtl w:val="1"/>
          <w:rFonts w:ascii="Arial" w:hAnsi="Arial" w:cs="Arial"/>
          <w:szCs w:val="44"/>
          <w:bCs/>
        </w:rPr>
        <w:t>📝 פינת לאום – דף עבודה (חט״ב)</w:t>
      </w:r>
    </w:p>
    <w:p>
      <w:pPr>
        <w:bidi w:val="1"/>
        <w:jc w:val="right"/>
      </w:pPr>
      <w:r>
        <w:rPr>
          <w:b w:val="0"/>
          <w:sz w:val="26"/>
          <w:rtl w:val="1"/>
          <w:rFonts w:ascii="Arial" w:hAnsi="Arial" w:cs="Arial"/>
          <w:szCs w:val="26"/>
        </w:rPr>
        <w:t>שם: ______________   כיתה: ______   תאריך: __________</w:t>
      </w:r>
    </w:p>
    <w:p>
      <w:pPr>
        <w:bidi w:val="1"/>
        <w:jc w:val="right"/>
      </w:pPr>
      <w:r>
        <w:rPr>
          <w:b/>
          <w:sz w:val="28"/>
          <w:rtl w:val="1"/>
          <w:rFonts w:ascii="Arial" w:hAnsi="Arial" w:cs="Arial"/>
          <w:szCs w:val="28"/>
          <w:bCs/>
        </w:rPr>
        <w:t>1. מה מסמלים הפסים הכחולים בדגל, ומה מסמלים ענפי הזית בסמל?</w:t>
      </w:r>
    </w:p>
    <w:p>
      <w:pPr>
        <w:bidi w:val="1"/>
        <w:jc w:val="right"/>
      </w:pPr>
      <w:r>
        <w:rPr>
          <w:b w:val="0"/>
          <w:color w:val="94A3B8"/>
          <w:sz w:val="26"/>
          <w:rtl w:val="1"/>
          <w:rFonts w:ascii="Arial" w:hAnsi="Arial" w:cs="Arial"/>
          <w:szCs w:val="26"/>
        </w:rPr>
        <w:t>______________________________________________________________</w:t>
      </w:r>
    </w:p>
    <w:p>
      <w:pPr>
        <w:bidi w:val="1"/>
        <w:jc w:val="right"/>
      </w:pPr>
      <w:r>
        <w:rPr>
          <w:b w:val="0"/>
          <w:color w:val="94A3B8"/>
          <w:sz w:val="26"/>
          <w:rtl w:val="1"/>
          <w:rFonts w:ascii="Arial" w:hAnsi="Arial" w:cs="Arial"/>
          <w:szCs w:val="26"/>
        </w:rPr>
        <w:t>______________________________________________________________</w:t>
      </w:r>
    </w:p>
    <w:p>
      <w:pPr>
        <w:bidi w:val="1"/>
        <w:jc w:val="right"/>
      </w:pPr>
      <w:r>
        <w:rPr>
          <w:b/>
          <w:sz w:val="28"/>
          <w:rtl w:val="1"/>
          <w:rFonts w:ascii="Arial" w:hAnsi="Arial" w:cs="Arial"/>
          <w:szCs w:val="28"/>
          <w:bCs/>
        </w:rPr>
        <w:t>2. התאימו: כנסת · ממשלה · בית משפט · נשיא/ה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 w:val="0"/>
                <w:sz w:val="24"/>
                <w:rtl w:val="1"/>
                <w:rFonts w:ascii="Arial" w:hAnsi="Arial" w:cs="Arial"/>
                <w:szCs w:val="24"/>
              </w:rPr>
              <w:t>המצב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 w:val="0"/>
                <w:sz w:val="24"/>
                <w:rtl w:val="1"/>
                <w:rFonts w:ascii="Arial" w:hAnsi="Arial" w:cs="Arial"/>
                <w:szCs w:val="24"/>
              </w:rPr>
              <w:t>מי אחראי/ת?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 w:val="0"/>
                <w:sz w:val="24"/>
                <w:rtl w:val="1"/>
                <w:rFonts w:ascii="Arial" w:hAnsi="Arial" w:cs="Arial"/>
                <w:szCs w:val="24"/>
              </w:rPr>
              <w:t>מצביעים על חוק חדש נגד בריונות ברשת.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 w:val="0"/>
                <w:sz w:val="24"/>
                <w:rtl w:val="1"/>
                <w:rFonts w:ascii="Arial" w:hAnsi="Arial" w:cs="Arial"/>
                <w:szCs w:val="24"/>
              </w:rPr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 w:val="0"/>
                <w:sz w:val="24"/>
                <w:rtl w:val="1"/>
                <w:rFonts w:ascii="Arial" w:hAnsi="Arial" w:cs="Arial"/>
                <w:szCs w:val="24"/>
              </w:rPr>
              <w:t>שני שכנים לא מסכימים על גדר – ומישהו צריך להכריע לפי החוק.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 w:val="0"/>
                <w:sz w:val="24"/>
                <w:rtl w:val="1"/>
                <w:rFonts w:ascii="Arial" w:hAnsi="Arial" w:cs="Arial"/>
                <w:szCs w:val="24"/>
              </w:rPr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 w:val="0"/>
                <w:sz w:val="24"/>
                <w:rtl w:val="1"/>
                <w:rFonts w:ascii="Arial" w:hAnsi="Arial" w:cs="Arial"/>
                <w:szCs w:val="24"/>
              </w:rPr>
              <w:t>משרד החינוך מפעיל תוכנית חדשה בבתי הספר.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 w:val="0"/>
                <w:sz w:val="24"/>
                <w:rtl w:val="1"/>
                <w:rFonts w:ascii="Arial" w:hAnsi="Arial" w:cs="Arial"/>
                <w:szCs w:val="24"/>
              </w:rPr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 w:val="0"/>
                <w:sz w:val="24"/>
                <w:rtl w:val="1"/>
                <w:rFonts w:ascii="Arial" w:hAnsi="Arial" w:cs="Arial"/>
                <w:szCs w:val="24"/>
              </w:rPr>
              <w:t>מקבלים שגריר/ה חדש/ה ממדינה אחרת בטקס רשמי.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 w:val="0"/>
                <w:sz w:val="24"/>
                <w:rtl w:val="1"/>
                <w:rFonts w:ascii="Arial" w:hAnsi="Arial" w:cs="Arial"/>
                <w:szCs w:val="24"/>
              </w:rPr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 w:val="0"/>
                <w:sz w:val="24"/>
                <w:rtl w:val="1"/>
                <w:rFonts w:ascii="Arial" w:hAnsi="Arial" w:cs="Arial"/>
                <w:szCs w:val="24"/>
              </w:rPr>
              <w:t>חברי וחברות כנסת שואלים שר/ה שאלות על עבודת המשרד שלו/ה.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 w:val="0"/>
                <w:sz w:val="24"/>
                <w:rtl w:val="1"/>
                <w:rFonts w:ascii="Arial" w:hAnsi="Arial" w:cs="Arial"/>
                <w:szCs w:val="24"/>
              </w:rPr>
            </w:r>
          </w:p>
        </w:tc>
      </w:tr>
    </w:tbl>
    <w:p>
      <w:pPr>
        <w:bidi w:val="1"/>
        <w:jc w:val="right"/>
      </w:pPr>
      <w:r>
        <w:rPr>
          <w:b/>
          <w:sz w:val="28"/>
          <w:rtl w:val="1"/>
          <w:rFonts w:ascii="Arial" w:hAnsi="Arial" w:cs="Arial"/>
          <w:szCs w:val="28"/>
          <w:bCs/>
        </w:rPr>
        <w:t>3. העתיקו ערך אחד ממגילת העצמאות. תנו דוגמה שבה הוא קורה, ודוגמה שבה עוד צריך לעבוד:</w:t>
      </w:r>
    </w:p>
    <w:p>
      <w:pPr>
        <w:bidi w:val="1"/>
        <w:jc w:val="right"/>
      </w:pPr>
      <w:r>
        <w:rPr>
          <w:b w:val="0"/>
          <w:color w:val="94A3B8"/>
          <w:sz w:val="26"/>
          <w:rtl w:val="1"/>
          <w:rFonts w:ascii="Arial" w:hAnsi="Arial" w:cs="Arial"/>
          <w:szCs w:val="26"/>
        </w:rPr>
        <w:t>______________________________________________________________</w:t>
      </w:r>
    </w:p>
    <w:p>
      <w:pPr>
        <w:bidi w:val="1"/>
        <w:jc w:val="right"/>
      </w:pPr>
      <w:r>
        <w:rPr>
          <w:b w:val="0"/>
          <w:color w:val="94A3B8"/>
          <w:sz w:val="26"/>
          <w:rtl w:val="1"/>
          <w:rFonts w:ascii="Arial" w:hAnsi="Arial" w:cs="Arial"/>
          <w:szCs w:val="26"/>
        </w:rPr>
        <w:t>______________________________________________________________</w:t>
      </w:r>
    </w:p>
    <w:p>
      <w:pPr>
        <w:bidi w:val="1"/>
        <w:jc w:val="right"/>
      </w:pPr>
      <w:r>
        <w:rPr>
          <w:b w:val="0"/>
          <w:color w:val="94A3B8"/>
          <w:sz w:val="26"/>
          <w:rtl w:val="1"/>
          <w:rFonts w:ascii="Arial" w:hAnsi="Arial" w:cs="Arial"/>
          <w:szCs w:val="26"/>
        </w:rPr>
        <w:t>______________________________________________________________</w:t>
      </w:r>
    </w:p>
    <w:p>
      <w:pPr>
        <w:bidi w:val="1"/>
        <w:jc w:val="right"/>
      </w:pPr>
      <w:r>
        <w:rPr>
          <w:b w:val="0"/>
          <w:color w:val="94A3B8"/>
          <w:sz w:val="26"/>
          <w:rtl w:val="1"/>
          <w:rFonts w:ascii="Arial" w:hAnsi="Arial" w:cs="Arial"/>
          <w:szCs w:val="26"/>
        </w:rPr>
        <w:t>______________________________________________________________</w:t>
      </w:r>
    </w:p>
    <w:p>
      <w:pPr>
        <w:bidi w:val="1"/>
        <w:jc w:val="right"/>
      </w:pPr>
      <w:r>
        <w:rPr>
          <w:b/>
          <w:sz w:val="28"/>
          <w:rtl w:val="1"/>
          <w:rFonts w:ascii="Arial" w:hAnsi="Arial" w:cs="Arial"/>
          <w:szCs w:val="28"/>
          <w:bCs/>
        </w:rPr>
        <w:t>4. איזו מילה בהמנון מדברת אליכם? למה?</w:t>
      </w:r>
    </w:p>
    <w:p>
      <w:pPr>
        <w:bidi w:val="1"/>
        <w:jc w:val="right"/>
      </w:pPr>
      <w:r>
        <w:rPr>
          <w:b w:val="0"/>
          <w:color w:val="94A3B8"/>
          <w:sz w:val="26"/>
          <w:rtl w:val="1"/>
          <w:rFonts w:ascii="Arial" w:hAnsi="Arial" w:cs="Arial"/>
          <w:szCs w:val="26"/>
        </w:rPr>
        <w:t>______________________________________________________________</w:t>
      </w:r>
    </w:p>
    <w:p>
      <w:pPr>
        <w:bidi w:val="1"/>
        <w:jc w:val="right"/>
      </w:pPr>
      <w:r>
        <w:rPr>
          <w:b w:val="0"/>
          <w:color w:val="94A3B8"/>
          <w:sz w:val="26"/>
          <w:rtl w:val="1"/>
          <w:rFonts w:ascii="Arial" w:hAnsi="Arial" w:cs="Arial"/>
          <w:szCs w:val="26"/>
        </w:rPr>
        <w:t>______________________________________________________________</w:t>
      </w:r>
    </w:p>
    <w:p>
      <w:pPr>
        <w:bidi w:val="1"/>
        <w:jc w:val="right"/>
      </w:pPr>
      <w:r>
        <w:rPr>
          <w:b/>
          <w:sz w:val="28"/>
          <w:rtl w:val="1"/>
          <w:rFonts w:ascii="Arial" w:hAnsi="Arial" w:cs="Arial"/>
          <w:szCs w:val="28"/>
          <w:bCs/>
        </w:rPr>
        <w:t>5. הציעו "משפט כיתתי" לפינת הלאום שלנו:</w:t>
      </w:r>
    </w:p>
    <w:p>
      <w:pPr>
        <w:bidi w:val="1"/>
        <w:jc w:val="right"/>
      </w:pPr>
      <w:r>
        <w:rPr>
          <w:b w:val="0"/>
          <w:color w:val="94A3B8"/>
          <w:sz w:val="26"/>
          <w:rtl w:val="1"/>
          <w:rFonts w:ascii="Arial" w:hAnsi="Arial" w:cs="Arial"/>
          <w:szCs w:val="26"/>
        </w:rPr>
        <w:t>______________________________________________________________</w:t>
      </w:r>
    </w:p>
    <w:p>
      <w:r>
        <w:br w:type="page"/>
      </w:r>
    </w:p>
    <w:p>
      <w:pPr>
        <w:bidi w:val="1"/>
        <w:jc w:val="right"/>
      </w:pPr>
      <w:r>
        <w:rPr>
          <w:b/>
          <w:color w:val="0038B8"/>
          <w:sz w:val="44"/>
          <w:rtl w:val="1"/>
          <w:rFonts w:ascii="Arial" w:hAnsi="Arial" w:cs="Arial"/>
          <w:szCs w:val="44"/>
          <w:bCs/>
        </w:rPr>
        <w:t>📝 פינת לאום – דף עבודה (חט״ע)</w:t>
      </w:r>
    </w:p>
    <w:p>
      <w:pPr>
        <w:bidi w:val="1"/>
        <w:jc w:val="right"/>
      </w:pPr>
      <w:r>
        <w:rPr>
          <w:b w:val="0"/>
          <w:sz w:val="26"/>
          <w:rtl w:val="1"/>
          <w:rFonts w:ascii="Arial" w:hAnsi="Arial" w:cs="Arial"/>
          <w:szCs w:val="26"/>
        </w:rPr>
        <w:t>שם: ______________   כיתה: ______   תאריך: __________</w:t>
      </w:r>
    </w:p>
    <w:p>
      <w:pPr>
        <w:bidi w:val="1"/>
        <w:jc w:val="right"/>
      </w:pPr>
      <w:r>
        <w:rPr>
          <w:b/>
          <w:sz w:val="28"/>
          <w:rtl w:val="1"/>
          <w:rFonts w:ascii="Arial" w:hAnsi="Arial" w:cs="Arial"/>
          <w:szCs w:val="28"/>
          <w:bCs/>
        </w:rPr>
        <w:t>1. הסבירו את עקרון הפרדת הרשויות. למה הוא חשוב לדמוקרטיה? תנו דוגמה.</w:t>
      </w:r>
    </w:p>
    <w:p>
      <w:pPr>
        <w:bidi w:val="1"/>
        <w:jc w:val="right"/>
      </w:pPr>
      <w:r>
        <w:rPr>
          <w:b w:val="0"/>
          <w:color w:val="94A3B8"/>
          <w:sz w:val="26"/>
          <w:rtl w:val="1"/>
          <w:rFonts w:ascii="Arial" w:hAnsi="Arial" w:cs="Arial"/>
          <w:szCs w:val="26"/>
        </w:rPr>
        <w:t>______________________________________________________________</w:t>
      </w:r>
    </w:p>
    <w:p>
      <w:pPr>
        <w:bidi w:val="1"/>
        <w:jc w:val="right"/>
      </w:pPr>
      <w:r>
        <w:rPr>
          <w:b w:val="0"/>
          <w:color w:val="94A3B8"/>
          <w:sz w:val="26"/>
          <w:rtl w:val="1"/>
          <w:rFonts w:ascii="Arial" w:hAnsi="Arial" w:cs="Arial"/>
          <w:szCs w:val="26"/>
        </w:rPr>
        <w:t>______________________________________________________________</w:t>
      </w:r>
    </w:p>
    <w:p>
      <w:pPr>
        <w:bidi w:val="1"/>
        <w:jc w:val="right"/>
      </w:pPr>
      <w:r>
        <w:rPr>
          <w:b w:val="0"/>
          <w:color w:val="94A3B8"/>
          <w:sz w:val="26"/>
          <w:rtl w:val="1"/>
          <w:rFonts w:ascii="Arial" w:hAnsi="Arial" w:cs="Arial"/>
          <w:szCs w:val="26"/>
        </w:rPr>
        <w:t>______________________________________________________________</w:t>
      </w:r>
    </w:p>
    <w:p>
      <w:pPr>
        <w:bidi w:val="1"/>
        <w:jc w:val="right"/>
      </w:pPr>
      <w:r>
        <w:rPr>
          <w:b w:val="0"/>
          <w:color w:val="94A3B8"/>
          <w:sz w:val="26"/>
          <w:rtl w:val="1"/>
          <w:rFonts w:ascii="Arial" w:hAnsi="Arial" w:cs="Arial"/>
          <w:szCs w:val="26"/>
        </w:rPr>
        <w:t>______________________________________________________________</w:t>
      </w:r>
    </w:p>
    <w:p>
      <w:pPr>
        <w:bidi w:val="1"/>
        <w:jc w:val="right"/>
      </w:pPr>
      <w:r>
        <w:rPr>
          <w:b/>
          <w:sz w:val="28"/>
          <w:rtl w:val="1"/>
          <w:rFonts w:ascii="Arial" w:hAnsi="Arial" w:cs="Arial"/>
          <w:szCs w:val="28"/>
          <w:bCs/>
        </w:rPr>
        <w:t>2. המנורה בסמל עוצבה בהשראת התבליט שעל שער טיטוס. מה המסר בבחירה הזו?</w:t>
      </w:r>
    </w:p>
    <w:p>
      <w:pPr>
        <w:bidi w:val="1"/>
        <w:jc w:val="right"/>
      </w:pPr>
      <w:r>
        <w:rPr>
          <w:b w:val="0"/>
          <w:color w:val="94A3B8"/>
          <w:sz w:val="26"/>
          <w:rtl w:val="1"/>
          <w:rFonts w:ascii="Arial" w:hAnsi="Arial" w:cs="Arial"/>
          <w:szCs w:val="26"/>
        </w:rPr>
        <w:t>______________________________________________________________</w:t>
      </w:r>
    </w:p>
    <w:p>
      <w:pPr>
        <w:bidi w:val="1"/>
        <w:jc w:val="right"/>
      </w:pPr>
      <w:r>
        <w:rPr>
          <w:b w:val="0"/>
          <w:color w:val="94A3B8"/>
          <w:sz w:val="26"/>
          <w:rtl w:val="1"/>
          <w:rFonts w:ascii="Arial" w:hAnsi="Arial" w:cs="Arial"/>
          <w:szCs w:val="26"/>
        </w:rPr>
        <w:t>______________________________________________________________</w:t>
      </w:r>
    </w:p>
    <w:p>
      <w:pPr>
        <w:bidi w:val="1"/>
        <w:jc w:val="right"/>
      </w:pPr>
      <w:r>
        <w:rPr>
          <w:b w:val="0"/>
          <w:color w:val="94A3B8"/>
          <w:sz w:val="26"/>
          <w:rtl w:val="1"/>
          <w:rFonts w:ascii="Arial" w:hAnsi="Arial" w:cs="Arial"/>
          <w:szCs w:val="26"/>
        </w:rPr>
        <w:t>______________________________________________________________</w:t>
      </w:r>
    </w:p>
    <w:p>
      <w:pPr>
        <w:bidi w:val="1"/>
        <w:jc w:val="right"/>
      </w:pPr>
      <w:r>
        <w:rPr>
          <w:b/>
          <w:sz w:val="28"/>
          <w:rtl w:val="1"/>
          <w:rFonts w:ascii="Arial" w:hAnsi="Arial" w:cs="Arial"/>
          <w:szCs w:val="28"/>
          <w:bCs/>
        </w:rPr>
        <w:t>3. "מדינה יהודית" ו"שוויון מלא לכל אזרחיה" – איך שני הרעיונות שבמגילה פוגשים זה את זה בחיי היום־יום? כתבו פסקה (טענה, נימוק, דוגמה, סיכום).</w:t>
      </w:r>
    </w:p>
    <w:p>
      <w:pPr>
        <w:bidi w:val="1"/>
        <w:jc w:val="right"/>
      </w:pPr>
      <w:r>
        <w:rPr>
          <w:b w:val="0"/>
          <w:color w:val="94A3B8"/>
          <w:sz w:val="26"/>
          <w:rtl w:val="1"/>
          <w:rFonts w:ascii="Arial" w:hAnsi="Arial" w:cs="Arial"/>
          <w:szCs w:val="26"/>
        </w:rPr>
        <w:t>______________________________________________________________</w:t>
      </w:r>
    </w:p>
    <w:p>
      <w:pPr>
        <w:bidi w:val="1"/>
        <w:jc w:val="right"/>
      </w:pPr>
      <w:r>
        <w:rPr>
          <w:b w:val="0"/>
          <w:color w:val="94A3B8"/>
          <w:sz w:val="26"/>
          <w:rtl w:val="1"/>
          <w:rFonts w:ascii="Arial" w:hAnsi="Arial" w:cs="Arial"/>
          <w:szCs w:val="26"/>
        </w:rPr>
        <w:t>______________________________________________________________</w:t>
      </w:r>
    </w:p>
    <w:p>
      <w:pPr>
        <w:bidi w:val="1"/>
        <w:jc w:val="right"/>
      </w:pPr>
      <w:r>
        <w:rPr>
          <w:b w:val="0"/>
          <w:color w:val="94A3B8"/>
          <w:sz w:val="26"/>
          <w:rtl w:val="1"/>
          <w:rFonts w:ascii="Arial" w:hAnsi="Arial" w:cs="Arial"/>
          <w:szCs w:val="26"/>
        </w:rPr>
        <w:t>______________________________________________________________</w:t>
      </w:r>
    </w:p>
    <w:p>
      <w:pPr>
        <w:bidi w:val="1"/>
        <w:jc w:val="right"/>
      </w:pPr>
      <w:r>
        <w:rPr>
          <w:b w:val="0"/>
          <w:color w:val="94A3B8"/>
          <w:sz w:val="26"/>
          <w:rtl w:val="1"/>
          <w:rFonts w:ascii="Arial" w:hAnsi="Arial" w:cs="Arial"/>
          <w:szCs w:val="26"/>
        </w:rPr>
        <w:t>______________________________________________________________</w:t>
      </w:r>
    </w:p>
    <w:p>
      <w:pPr>
        <w:bidi w:val="1"/>
        <w:jc w:val="right"/>
      </w:pPr>
      <w:r>
        <w:rPr>
          <w:b w:val="0"/>
          <w:color w:val="94A3B8"/>
          <w:sz w:val="26"/>
          <w:rtl w:val="1"/>
          <w:rFonts w:ascii="Arial" w:hAnsi="Arial" w:cs="Arial"/>
          <w:szCs w:val="26"/>
        </w:rPr>
        <w:t>______________________________________________________________</w:t>
      </w:r>
    </w:p>
    <w:p>
      <w:pPr>
        <w:bidi w:val="1"/>
        <w:jc w:val="right"/>
      </w:pPr>
      <w:r>
        <w:rPr>
          <w:b w:val="0"/>
          <w:color w:val="94A3B8"/>
          <w:sz w:val="26"/>
          <w:rtl w:val="1"/>
          <w:rFonts w:ascii="Arial" w:hAnsi="Arial" w:cs="Arial"/>
          <w:szCs w:val="26"/>
        </w:rPr>
        <w:t>______________________________________________________________</w:t>
      </w:r>
    </w:p>
    <w:p>
      <w:pPr>
        <w:bidi w:val="1"/>
        <w:jc w:val="right"/>
      </w:pPr>
      <w:r>
        <w:rPr>
          <w:b/>
          <w:sz w:val="28"/>
          <w:rtl w:val="1"/>
          <w:rFonts w:ascii="Arial" w:hAnsi="Arial" w:cs="Arial"/>
          <w:szCs w:val="28"/>
          <w:bCs/>
        </w:rPr>
        <w:t>4. כתבו "בית חמישי" להמנון בעברית של היום – מה התקווה של הדור שלכם? (4 שורות)</w:t>
      </w:r>
    </w:p>
    <w:p>
      <w:pPr>
        <w:bidi w:val="1"/>
        <w:jc w:val="right"/>
      </w:pPr>
      <w:r>
        <w:rPr>
          <w:b w:val="0"/>
          <w:color w:val="94A3B8"/>
          <w:sz w:val="26"/>
          <w:rtl w:val="1"/>
          <w:rFonts w:ascii="Arial" w:hAnsi="Arial" w:cs="Arial"/>
          <w:szCs w:val="26"/>
        </w:rPr>
        <w:t>______________________________________________________________</w:t>
      </w:r>
    </w:p>
    <w:p>
      <w:pPr>
        <w:bidi w:val="1"/>
        <w:jc w:val="right"/>
      </w:pPr>
      <w:r>
        <w:rPr>
          <w:b w:val="0"/>
          <w:color w:val="94A3B8"/>
          <w:sz w:val="26"/>
          <w:rtl w:val="1"/>
          <w:rFonts w:ascii="Arial" w:hAnsi="Arial" w:cs="Arial"/>
          <w:szCs w:val="26"/>
        </w:rPr>
        <w:t>______________________________________________________________</w:t>
      </w:r>
    </w:p>
    <w:p>
      <w:pPr>
        <w:bidi w:val="1"/>
        <w:jc w:val="right"/>
      </w:pPr>
      <w:r>
        <w:rPr>
          <w:b w:val="0"/>
          <w:color w:val="94A3B8"/>
          <w:sz w:val="26"/>
          <w:rtl w:val="1"/>
          <w:rFonts w:ascii="Arial" w:hAnsi="Arial" w:cs="Arial"/>
          <w:szCs w:val="26"/>
        </w:rPr>
        <w:t>______________________________________________________________</w:t>
      </w:r>
    </w:p>
    <w:p>
      <w:pPr>
        <w:bidi w:val="1"/>
        <w:jc w:val="right"/>
      </w:pPr>
      <w:r>
        <w:rPr>
          <w:b w:val="0"/>
          <w:color w:val="94A3B8"/>
          <w:sz w:val="26"/>
          <w:rtl w:val="1"/>
          <w:rFonts w:ascii="Arial" w:hAnsi="Arial" w:cs="Arial"/>
          <w:szCs w:val="26"/>
        </w:rPr>
        <w:t>______________________________________________________________</w:t>
      </w:r>
    </w:p>
    <w:p>
      <w:r>
        <w:br w:type="page"/>
      </w:r>
    </w:p>
    <w:p>
      <w:pPr>
        <w:bidi w:val="1"/>
        <w:jc w:val="right"/>
      </w:pPr>
      <w:r>
        <w:rPr>
          <w:b/>
          <w:color w:val="0038B8"/>
          <w:sz w:val="44"/>
          <w:rtl w:val="1"/>
          <w:rFonts w:ascii="Arial" w:hAnsi="Arial" w:cs="Arial"/>
          <w:szCs w:val="44"/>
          <w:bCs/>
        </w:rPr>
        <w:t>📝 פינת לאום – דף עבודה (🟢 עולים – עברית קלה)</w:t>
      </w:r>
    </w:p>
    <w:p>
      <w:pPr>
        <w:bidi w:val="1"/>
        <w:jc w:val="right"/>
      </w:pPr>
      <w:r>
        <w:rPr>
          <w:b w:val="0"/>
          <w:sz w:val="26"/>
          <w:rtl w:val="1"/>
          <w:rFonts w:ascii="Arial" w:hAnsi="Arial" w:cs="Arial"/>
          <w:szCs w:val="26"/>
        </w:rPr>
        <w:t>שם: ______________   כיתה: ______   תאריך: __________</w:t>
      </w:r>
    </w:p>
    <w:p>
      <w:pPr>
        <w:bidi w:val="1"/>
        <w:jc w:val="right"/>
      </w:pPr>
      <w:r>
        <w:rPr>
          <w:b/>
          <w:sz w:val="28"/>
          <w:rtl w:val="1"/>
          <w:rFonts w:ascii="Arial" w:hAnsi="Arial" w:cs="Arial"/>
          <w:szCs w:val="28"/>
          <w:bCs/>
        </w:rPr>
        <w:t>1. מָה הַצְּבָעִים שֶׁל הַדֶּגֶל?</w:t>
      </w:r>
    </w:p>
    <w:p>
      <w:pPr>
        <w:bidi w:val="1"/>
        <w:jc w:val="right"/>
      </w:pPr>
      <w:r>
        <w:rPr>
          <w:b w:val="0"/>
          <w:sz w:val="32"/>
          <w:rtl w:val="1"/>
          <w:rFonts w:ascii="Arial" w:hAnsi="Arial" w:cs="Arial"/>
          <w:szCs w:val="32"/>
        </w:rPr>
        <w:t>◯ לָבָן וְכָחֹל    ◯ אָדֹם וְיָרֹק    ◯ צָהֹב וְשָׁחֹר</w:t>
      </w:r>
    </w:p>
    <w:p>
      <w:pPr>
        <w:bidi w:val="1"/>
        <w:jc w:val="right"/>
      </w:pPr>
      <w:r>
        <w:rPr>
          <w:b/>
          <w:sz w:val="28"/>
          <w:rtl w:val="1"/>
          <w:rFonts w:ascii="Arial" w:hAnsi="Arial" w:cs="Arial"/>
          <w:szCs w:val="28"/>
          <w:bCs/>
        </w:rPr>
        <w:t>2. מַתְאִימִים מִלָּה לְצִיּוּר: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 w:val="0"/>
                <w:sz w:val="24"/>
                <w:rtl w:val="1"/>
                <w:rFonts w:ascii="Arial" w:hAnsi="Arial" w:cs="Arial"/>
                <w:szCs w:val="24"/>
              </w:rPr>
              <w:t>דֶּגֶל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 w:val="0"/>
                <w:sz w:val="24"/>
                <w:rtl w:val="1"/>
                <w:rFonts w:ascii="Arial" w:hAnsi="Arial" w:cs="Arial"/>
                <w:szCs w:val="24"/>
              </w:rPr>
              <w:t>🕎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 w:val="0"/>
                <w:sz w:val="24"/>
                <w:rtl w:val="1"/>
                <w:rFonts w:ascii="Arial" w:hAnsi="Arial" w:cs="Arial"/>
                <w:szCs w:val="24"/>
              </w:rPr>
              <w:t>מְנוֹרָה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 w:val="0"/>
                <w:sz w:val="24"/>
                <w:rtl w:val="1"/>
                <w:rFonts w:ascii="Arial" w:hAnsi="Arial" w:cs="Arial"/>
                <w:szCs w:val="24"/>
              </w:rPr>
              <w:t>🇮🇱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 w:val="0"/>
                <w:sz w:val="24"/>
                <w:rtl w:val="1"/>
                <w:rFonts w:ascii="Arial" w:hAnsi="Arial" w:cs="Arial"/>
                <w:szCs w:val="24"/>
              </w:rPr>
              <w:t>הִמְנוֹן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 w:val="0"/>
                <w:sz w:val="24"/>
                <w:rtl w:val="1"/>
                <w:rFonts w:ascii="Arial" w:hAnsi="Arial" w:cs="Arial"/>
                <w:szCs w:val="24"/>
              </w:rPr>
              <w:t>🏛️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 w:val="0"/>
                <w:sz w:val="24"/>
                <w:rtl w:val="1"/>
                <w:rFonts w:ascii="Arial" w:hAnsi="Arial" w:cs="Arial"/>
                <w:szCs w:val="24"/>
              </w:rPr>
              <w:t>כְּנֶסֶת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 w:val="0"/>
                <w:sz w:val="24"/>
                <w:rtl w:val="1"/>
                <w:rFonts w:ascii="Arial" w:hAnsi="Arial" w:cs="Arial"/>
                <w:szCs w:val="24"/>
              </w:rPr>
              <w:t>🎵</w:t>
            </w:r>
          </w:p>
        </w:tc>
      </w:tr>
    </w:tbl>
    <w:p>
      <w:pPr>
        <w:bidi w:val="1"/>
        <w:jc w:val="right"/>
      </w:pPr>
      <w:r>
        <w:rPr>
          <w:b/>
          <w:sz w:val="28"/>
          <w:rtl w:val="1"/>
          <w:rFonts w:ascii="Arial" w:hAnsi="Arial" w:cs="Arial"/>
          <w:szCs w:val="28"/>
          <w:bCs/>
        </w:rPr>
        <w:t>3. מִלִּים מֵהַהִמְנוֹן – מָה הַפֵּרוּשׁ?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 w:val="0"/>
                <w:sz w:val="24"/>
                <w:rtl w:val="1"/>
                <w:rFonts w:ascii="Arial" w:hAnsi="Arial" w:cs="Arial"/>
                <w:szCs w:val="24"/>
              </w:rPr>
              <w:t>לֵבָב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 w:val="0"/>
                <w:sz w:val="24"/>
                <w:rtl w:val="1"/>
                <w:rFonts w:ascii="Arial" w:hAnsi="Arial" w:cs="Arial"/>
                <w:szCs w:val="24"/>
              </w:rPr>
              <w:t>לֵב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 w:val="0"/>
                <w:sz w:val="24"/>
                <w:rtl w:val="1"/>
                <w:rFonts w:ascii="Arial" w:hAnsi="Arial" w:cs="Arial"/>
                <w:szCs w:val="24"/>
              </w:rPr>
              <w:t>תִּקְוָה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 w:val="0"/>
                <w:sz w:val="24"/>
                <w:rtl w:val="1"/>
                <w:rFonts w:ascii="Arial" w:hAnsi="Arial" w:cs="Arial"/>
                <w:szCs w:val="24"/>
              </w:rPr>
              <w:t>____________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 w:val="0"/>
                <w:sz w:val="24"/>
                <w:rtl w:val="1"/>
                <w:rFonts w:ascii="Arial" w:hAnsi="Arial" w:cs="Arial"/>
                <w:szCs w:val="24"/>
              </w:rPr>
              <w:t>עַם חָפְשִׁי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 w:val="0"/>
                <w:sz w:val="24"/>
                <w:rtl w:val="1"/>
                <w:rFonts w:ascii="Arial" w:hAnsi="Arial" w:cs="Arial"/>
                <w:szCs w:val="24"/>
              </w:rPr>
              <w:t>____________</w:t>
            </w:r>
          </w:p>
        </w:tc>
      </w:tr>
    </w:tbl>
    <w:p>
      <w:pPr>
        <w:bidi w:val="1"/>
        <w:jc w:val="right"/>
      </w:pPr>
      <w:r>
        <w:rPr>
          <w:b/>
          <w:sz w:val="28"/>
          <w:rtl w:val="1"/>
          <w:rFonts w:ascii="Arial" w:hAnsi="Arial" w:cs="Arial"/>
          <w:szCs w:val="28"/>
          <w:bCs/>
        </w:rPr>
        <w:t>4. צַיְּרוּ אֶת הַדֶּגֶל שֶׁל הַמְּדִינָה שֶׁבָּאתֶם מִמֶּנָּה, וְאֶת הַדֶּגֶל שֶׁל יִשְׂרָאֵל:</w:t>
      </w:r>
    </w:p>
    <w:p>
      <w:pPr>
        <w:bidi w:val="1"/>
        <w:jc w:val="right"/>
      </w:pPr>
      <w:r>
        <w:rPr>
          <w:b w:val="0"/>
          <w:color w:val="94A3B8"/>
          <w:sz w:val="26"/>
          <w:rtl w:val="1"/>
          <w:rFonts w:ascii="Arial" w:hAnsi="Arial" w:cs="Arial"/>
          <w:szCs w:val="26"/>
        </w:rPr>
        <w:t>______________________________________________________________</w:t>
      </w:r>
    </w:p>
    <w:p>
      <w:pPr>
        <w:bidi w:val="1"/>
        <w:jc w:val="right"/>
      </w:pPr>
      <w:r>
        <w:rPr>
          <w:b w:val="0"/>
          <w:color w:val="94A3B8"/>
          <w:sz w:val="26"/>
          <w:rtl w:val="1"/>
          <w:rFonts w:ascii="Arial" w:hAnsi="Arial" w:cs="Arial"/>
          <w:szCs w:val="26"/>
        </w:rPr>
        <w:t>______________________________________________________________</w:t>
      </w:r>
    </w:p>
    <w:p>
      <w:pPr>
        <w:bidi w:val="1"/>
        <w:jc w:val="right"/>
      </w:pPr>
      <w:r>
        <w:rPr>
          <w:b w:val="0"/>
          <w:color w:val="94A3B8"/>
          <w:sz w:val="26"/>
          <w:rtl w:val="1"/>
          <w:rFonts w:ascii="Arial" w:hAnsi="Arial" w:cs="Arial"/>
          <w:szCs w:val="26"/>
        </w:rPr>
        <w:t>______________________________________________________________</w:t>
      </w:r>
    </w:p>
    <w:p>
      <w:pPr>
        <w:bidi w:val="1"/>
        <w:jc w:val="right"/>
      </w:pPr>
      <w:r>
        <w:rPr>
          <w:b w:val="0"/>
          <w:color w:val="94A3B8"/>
          <w:sz w:val="26"/>
          <w:rtl w:val="1"/>
          <w:rFonts w:ascii="Arial" w:hAnsi="Arial" w:cs="Arial"/>
          <w:szCs w:val="26"/>
        </w:rPr>
        <w:t>______________________________________________________________</w:t>
      </w:r>
    </w:p>
    <w:p>
      <w:pPr>
        <w:bidi w:val="1"/>
        <w:jc w:val="right"/>
      </w:pPr>
      <w:r>
        <w:rPr>
          <w:b/>
          <w:sz w:val="28"/>
          <w:rtl w:val="1"/>
          <w:rFonts w:ascii="Arial" w:hAnsi="Arial" w:cs="Arial"/>
          <w:szCs w:val="28"/>
          <w:bCs/>
        </w:rPr>
        <w:t>5. מָה עוֹזֵר לִי לְהַרְגִּישׁ בַּבַּיִת? הַשְׁלִימוּ: אֲנִי מַרְגִּישׁ/ה בַּבַּיִת כְּשֶׁ...</w:t>
      </w:r>
    </w:p>
    <w:p>
      <w:pPr>
        <w:bidi w:val="1"/>
        <w:jc w:val="right"/>
      </w:pPr>
      <w:r>
        <w:rPr>
          <w:b w:val="0"/>
          <w:color w:val="94A3B8"/>
          <w:sz w:val="26"/>
          <w:rtl w:val="1"/>
          <w:rFonts w:ascii="Arial" w:hAnsi="Arial" w:cs="Arial"/>
          <w:szCs w:val="26"/>
        </w:rPr>
        <w:t>______________________________________________________________</w:t>
      </w:r>
    </w:p>
    <w:p>
      <w:pPr>
        <w:bidi w:val="1"/>
        <w:jc w:val="right"/>
      </w:pPr>
      <w:r>
        <w:rPr>
          <w:b w:val="0"/>
          <w:color w:val="94A3B8"/>
          <w:sz w:val="26"/>
          <w:rtl w:val="1"/>
          <w:rFonts w:ascii="Arial" w:hAnsi="Arial" w:cs="Arial"/>
          <w:szCs w:val="26"/>
        </w:rPr>
        <w:t>______________________________________________________________</w:t>
      </w:r>
    </w:p>
    <w:p>
      <w:r>
        <w:br w:type="page"/>
      </w:r>
    </w:p>
    <w:p>
      <w:pPr>
        <w:bidi w:val="1"/>
        <w:jc w:val="right"/>
      </w:pPr>
      <w:r>
        <w:rPr>
          <w:b/>
          <w:color w:val="0038B8"/>
          <w:sz w:val="44"/>
          <w:rtl w:val="1"/>
          <w:rFonts w:ascii="Arial" w:hAnsi="Arial" w:cs="Arial"/>
          <w:szCs w:val="44"/>
          <w:bCs/>
        </w:rPr>
        <w:t>📝 פינת לאום – דף עבודה (חנ״מ – חזותי)</w:t>
      </w:r>
    </w:p>
    <w:p>
      <w:pPr>
        <w:bidi w:val="1"/>
        <w:jc w:val="right"/>
      </w:pPr>
      <w:r>
        <w:rPr>
          <w:b w:val="0"/>
          <w:sz w:val="26"/>
          <w:rtl w:val="1"/>
          <w:rFonts w:ascii="Arial" w:hAnsi="Arial" w:cs="Arial"/>
          <w:szCs w:val="26"/>
        </w:rPr>
        <w:t>שם: ______________   כיתה: ______   תאריך: __________</w:t>
      </w:r>
    </w:p>
    <w:p>
      <w:pPr>
        <w:bidi w:val="1"/>
        <w:jc w:val="right"/>
      </w:pPr>
      <w:r>
        <w:rPr>
          <w:b/>
          <w:sz w:val="28"/>
          <w:rtl w:val="1"/>
          <w:rFonts w:ascii="Arial" w:hAnsi="Arial" w:cs="Arial"/>
          <w:szCs w:val="28"/>
          <w:bCs/>
        </w:rPr>
        <w:t>1. 🖍️ צבעו את הדגל בכחול: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880000" cy="235636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lag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3563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right"/>
      </w:pPr>
      <w:r>
        <w:rPr>
          <w:b/>
          <w:sz w:val="28"/>
          <w:rtl w:val="1"/>
          <w:rFonts w:ascii="Arial" w:hAnsi="Arial" w:cs="Arial"/>
          <w:szCs w:val="28"/>
          <w:bCs/>
        </w:rPr>
        <w:t>2. 🔵 הקיפו את מה שיש בסמל:</w:t>
      </w:r>
    </w:p>
    <w:p>
      <w:pPr>
        <w:bidi w:val="1"/>
        <w:jc w:val="right"/>
      </w:pPr>
      <w:r>
        <w:rPr>
          <w:b w:val="0"/>
          <w:sz w:val="32"/>
          <w:rtl w:val="1"/>
          <w:rFonts w:ascii="Arial" w:hAnsi="Arial" w:cs="Arial"/>
          <w:szCs w:val="32"/>
        </w:rPr>
        <w:t>🕎   🦁   🌿   🚗</w:t>
      </w:r>
    </w:p>
    <w:p>
      <w:pPr>
        <w:bidi w:val="1"/>
        <w:jc w:val="right"/>
      </w:pPr>
      <w:r>
        <w:rPr>
          <w:b/>
          <w:sz w:val="28"/>
          <w:rtl w:val="1"/>
          <w:rFonts w:ascii="Arial" w:hAnsi="Arial" w:cs="Arial"/>
          <w:szCs w:val="28"/>
          <w:bCs/>
        </w:rPr>
        <w:t>3. 🎵 בהמנון אני:</w:t>
      </w:r>
    </w:p>
    <w:p>
      <w:pPr>
        <w:bidi w:val="1"/>
        <w:jc w:val="right"/>
      </w:pPr>
      <w:r>
        <w:rPr>
          <w:b w:val="0"/>
          <w:sz w:val="32"/>
          <w:rtl w:val="1"/>
          <w:rFonts w:ascii="Arial" w:hAnsi="Arial" w:cs="Arial"/>
          <w:szCs w:val="32"/>
        </w:rPr>
        <w:t>🧍 עומד/ת בשקט    /    💃 רוקד/ת</w:t>
      </w:r>
    </w:p>
    <w:p>
      <w:pPr>
        <w:bidi w:val="1"/>
        <w:jc w:val="right"/>
      </w:pPr>
      <w:r>
        <w:rPr>
          <w:b/>
          <w:sz w:val="28"/>
          <w:rtl w:val="1"/>
          <w:rFonts w:ascii="Arial" w:hAnsi="Arial" w:cs="Arial"/>
          <w:szCs w:val="28"/>
          <w:bCs/>
        </w:rPr>
        <w:t>4. 😊 בכיתה שלי טוב לי כש...  (ציור)</w:t>
      </w:r>
    </w:p>
    <w:p>
      <w:pPr>
        <w:bidi w:val="1"/>
        <w:jc w:val="right"/>
      </w:pPr>
      <w:r>
        <w:rPr>
          <w:b w:val="0"/>
          <w:color w:val="94A3B8"/>
          <w:sz w:val="26"/>
          <w:rtl w:val="1"/>
          <w:rFonts w:ascii="Arial" w:hAnsi="Arial" w:cs="Arial"/>
          <w:szCs w:val="26"/>
        </w:rPr>
        <w:t>______________________________________________________________</w:t>
      </w:r>
    </w:p>
    <w:p>
      <w:pPr>
        <w:bidi w:val="1"/>
        <w:jc w:val="right"/>
      </w:pPr>
      <w:r>
        <w:rPr>
          <w:b w:val="0"/>
          <w:color w:val="94A3B8"/>
          <w:sz w:val="26"/>
          <w:rtl w:val="1"/>
          <w:rFonts w:ascii="Arial" w:hAnsi="Arial" w:cs="Arial"/>
          <w:szCs w:val="26"/>
        </w:rPr>
        <w:t>______________________________________________________________</w:t>
      </w:r>
    </w:p>
    <w:p>
      <w:pPr>
        <w:bidi w:val="1"/>
        <w:jc w:val="right"/>
      </w:pPr>
      <w:r>
        <w:rPr>
          <w:b w:val="0"/>
          <w:color w:val="94A3B8"/>
          <w:sz w:val="26"/>
          <w:rtl w:val="1"/>
          <w:rFonts w:ascii="Arial" w:hAnsi="Arial" w:cs="Arial"/>
          <w:szCs w:val="26"/>
        </w:rPr>
        <w:t>______________________________________________________________</w:t>
      </w:r>
    </w:p>
    <w:p>
      <w:pPr>
        <w:bidi w:val="1"/>
        <w:jc w:val="right"/>
      </w:pPr>
      <w:r>
        <w:rPr>
          <w:b w:val="0"/>
          <w:color w:val="94A3B8"/>
          <w:sz w:val="26"/>
          <w:rtl w:val="1"/>
          <w:rFonts w:ascii="Arial" w:hAnsi="Arial" w:cs="Arial"/>
          <w:szCs w:val="26"/>
        </w:rPr>
        <w:t>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right"/>
    </w:pPr>
    <w:r>
      <w:rPr>
        <w:b w:val="0"/>
        <w:color w:val="64748B"/>
        <w:sz w:val="18"/>
        <w:rtl w:val="1"/>
        <w:rFonts w:ascii="Arial" w:hAnsi="Arial" w:cs="Arial"/>
        <w:szCs w:val="18"/>
      </w:rPr>
      <w:t>יצרה: רוית ראש בן ישי · פינת לאום שלנו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