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b/>
          <w:color w:val="0038B8"/>
          <w:sz w:val="40"/>
          <w:rtl w:val="1"/>
          <w:rFonts w:ascii="Arial" w:hAnsi="Arial" w:cs="Arial"/>
          <w:szCs w:val="40"/>
          <w:bCs/>
        </w:rPr>
        <w:t>🎴 קלפי שיח – 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אם היה לכיתה שלנו דגל – איך הוא היה נראה? למה?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גורם לך להרגיש "בבית"?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איך אפשר לעזור לתלמיד/ה חדש/ה להרגיש שייכים?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זה בעיניכם "לכבד" – סמל, אדם, מקום?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אתם אוהבים במקום שבו אתם גרים?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איזה חג או טקס בישראל הכי מרגש אתכם?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אני יכול/ה לתת לכיתה שלי השבוע?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זה "תקווה"? מתי הרגשתם אותה?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0"/>
          <w:rtl w:val="1"/>
          <w:rFonts w:ascii="Arial" w:hAnsi="Arial" w:cs="Arial"/>
          <w:szCs w:val="40"/>
          <w:bCs/>
        </w:rPr>
        <w:t>🎴 קלפי שיח – 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גורם לך להרגיש שייכות – לכיתה, לשכונה, למדינה? מה מחליש את התחושה?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אם הייתם מעצבים סמל לכיתה שלנו – מה היה בו ולמה?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המגילה מבטיחה שוויון "בלי הבדל דת, גזע ומין". תנו דוגמה שבה זה קורה, ודוגמה שבה עוד צריך לעבוד.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ההבדל בין כבוד לסמלים לבין הסכמה עם כל החלטה של השלטון?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איך אפשר להתווכח על דעות ועדיין להישאר קהילה אחת?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איזו מילה בהמנון הכי מדברת אליכם? למה?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כל אחד ואחת מאיתנו יכולים לתרום לקהילה כבר השבוע?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איזה ערך מהמגילה הכי חשוב לכם? למה?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0"/>
          <w:rtl w:val="1"/>
          <w:rFonts w:ascii="Arial" w:hAnsi="Arial" w:cs="Arial"/>
          <w:szCs w:val="40"/>
          <w:bCs/>
        </w:rPr>
        <w:t>🎴 קלפי שיח – 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האם מדינה צריכה סמלים? מה היה קורה בלעדיהם?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איך מדינה יכולה לבנות סמלים ומקומות משותפים שבהם כל אזרחיה ירגישו שייכים?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"מדינה יהודית" ו"שוויון מלא לכל אזרחיה" – איך שני הרעיונות שבמגילה פוגשים זה את זה בחיי היום־יום?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ההבדל בין פטריוטיות לבין הסכמה עיוורת? איך נראית ביקורת מתוך אכפתיות?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הפרדת רשויות: למה חשוב שלאף גוף לא יהיה כוח בלי פיקוח?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ההמנון מדבר על תקווה ולא על ניצחון. מה זה אומר על הסיפור שעם מספר על עצמו?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מה האחריות האישית שלי כאזרח/ית – עוד לפני גיל 18?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איך שומרים על "אנחנו" בזמן של מחלוקת?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0"/>
          <w:rtl w:val="1"/>
          <w:rFonts w:ascii="Arial" w:hAnsi="Arial" w:cs="Arial"/>
          <w:szCs w:val="40"/>
          <w:bCs/>
        </w:rPr>
        <w:t>🎴 קלפי שיח – 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מָה זֶה "בַּיִת" בִּשְׁבִילְכֶם?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אֵיךְ נִרְאֶה הַדֶּגֶל שֶׁל הַמְּדִינָה שֶׁבָּאתֶם מִמֶּנָּה? מָה יֵשׁ בּוֹ?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מָה עוֹזֵר לָכֶם לְהַרְגִּישׁ שַׁיָּכִים בַּכִּתָּה?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אֵיזוֹ מִלָּה בְּעִבְרִית אַתֶּם הֲכִי אוֹהֲבִים?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אֵיזֶה חַג בְּיִשְׂרָאֵל אַתֶּם אוֹהֲבִים? לָמָּה?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מָה אַתֶּם אוֹהֲבִים בַּמָּקוֹם הֶחָדָשׁ? מָה קָשֶׁה?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0"/>
          <w:rtl w:val="1"/>
          <w:rFonts w:ascii="Arial" w:hAnsi="Arial" w:cs="Arial"/>
          <w:szCs w:val="40"/>
          <w:bCs/>
        </w:rPr>
        <w:t>🎴 קלפי שיח –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😊 מה עושה לי טוב בכיתה?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🏠 איפה אני מרגיש/ה בבית?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🤝 איך עוזרים לחבר/ה?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🇮🇱 אילו צבעים יש בדגל?</w:t>
            </w:r>
          </w:p>
        </w:tc>
      </w:tr>
      <w:tr>
        <w:trPr>
          <w:trHeight w:val="3118"/>
        </w:trPr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🎵 איזה שיר אני אוהב/ת?</w:t>
            </w:r>
          </w:p>
        </w:tc>
        <w:tc>
          <w:tcPr>
            <w:tcW w:type="dxa" w:w="5103"/>
          </w:tcPr>
          <w:p>
            <w:pPr>
              <w:bidi w:val="1"/>
              <w:jc w:val="center"/>
            </w:pPr>
            <w:r>
              <w:rPr>
                <w:b/>
                <w:sz w:val="32"/>
                <w:rtl w:val="1"/>
                <w:rFonts w:ascii="Arial" w:hAnsi="Arial" w:cs="Arial"/>
                <w:szCs w:val="24"/>
              </w:rPr>
              <w:t>💙 מה אני אוהב/ת בכיתה שלי?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b w:val="0"/>
        <w:color w:val="64748B"/>
        <w:sz w:val="18"/>
        <w:rtl w:val="1"/>
        <w:rFonts w:ascii="Arial" w:hAnsi="Arial" w:cs="Arial"/>
        <w:szCs w:val="18"/>
      </w:rPr>
      <w:t>יצרה: רוית ראש בן ישי · פינת לאום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