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b/>
          <w:color w:val="0038B8"/>
          <w:sz w:val="44"/>
          <w:rtl w:val="1"/>
          <w:rFonts w:ascii="Arial" w:hAnsi="Arial" w:cs="Arial"/>
          <w:szCs w:val="44"/>
          <w:bCs/>
        </w:rPr>
        <w:t>👩‍🏫 למורים ולמורות</w:t>
      </w:r>
    </w:p>
    <w:p>
      <w:pPr>
        <w:bidi w:val="1"/>
        <w:jc w:val="right"/>
      </w:pPr>
      <w:r>
        <w:rPr>
          <w:b/>
          <w:color w:val="0B2F86"/>
          <w:sz w:val="32"/>
          <w:rtl w:val="1"/>
          <w:rFonts w:ascii="Arial" w:hAnsi="Arial" w:cs="Arial"/>
          <w:szCs w:val="32"/>
          <w:bCs/>
        </w:rPr>
        <w:t>מה יש כאן?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ערכה לבניית פינת לאום בכיתה ולשיעור סביבה: סמלי המדינה, מוסדות השלטון וערכי מגילת העצמאות – בחמש רמות, עם משחקים, קלפי שיח, חידון ו־ערכת כרזות להדפסה.</w:t>
      </w:r>
    </w:p>
    <w:p>
      <w:pPr>
        <w:bidi w:val="1"/>
        <w:jc w:val="right"/>
      </w:pPr>
      <w:r>
        <w:rPr>
          <w:b/>
          <w:color w:val="0B2F86"/>
          <w:sz w:val="32"/>
          <w:rtl w:val="1"/>
          <w:rFonts w:ascii="Arial" w:hAnsi="Arial" w:cs="Arial"/>
          <w:szCs w:val="32"/>
          <w:bCs/>
        </w:rPr>
        <w:t>איך משתמשים?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בוחרים רמה בראש העמוד (יסודי · חט״ב · חט״ע · 🟢 עולים בעברית קלה עם ניקוד · חנ״מ פשוט וחזותי). הרמה נשמרת בכל העמודים.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מקרינים על הלוח או שולחים קישור לטלפונים – הכפתורים גדולים ונוחים.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מדפיסים את ערכת הכרזות ותולים בפינה. המסגרות של בעלי התפקידים ריקות בכוונה – את השם והתמונה העדכניים מוסיפים בכיתה.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"מעצבים את הפינה" שומר את הבחירות רק במכשיר שעליו עובדים.</w:t>
      </w:r>
    </w:p>
    <w:p>
      <w:pPr>
        <w:bidi w:val="1"/>
        <w:jc w:val="right"/>
      </w:pPr>
      <w:r>
        <w:rPr>
          <w:b/>
          <w:color w:val="0B2F86"/>
          <w:sz w:val="32"/>
          <w:rtl w:val="1"/>
          <w:rFonts w:ascii="Arial" w:hAnsi="Arial" w:cs="Arial"/>
          <w:szCs w:val="32"/>
          <w:bCs/>
        </w:rPr>
        <w:t>⏱️ מערך שיעור – 45 דקות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0–5 · פתיחה – בונים את הסמלים: מתנדבים בוחרים על הלוח רק את החלקים הנכונים של הדגל והסמל. שאלה: למה בכלל צריך סמלים?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5–15 · מסע הסמלים בקבוצות: שש קבוצות, לכל אחת סמל אחד. קוראים, עונים על "שאלה לחשיבה" ומציגים לכיתה בדקה.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15–23 · מי עושה מה? משחק המיון במליאה – מצביעים באצבעות 1–4 ואז בודקים. מסכמים: מחוקקת, מבצעת, שופטת – ונשיא/ה ממלכתי/ת.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23–33 · קלפי שיח ברביעיות, טיימר 2 דק׳ לקלף. כל אחד/ת עונה, האחרים מקשיבים בלי לשפוט.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33–41 · מעצבים את הפינה: הכיתה בוחרת "משפט כיתתי", כל אחד/ת כותב/ת פתק שייכות, ומחלקים תפקידים לתליית הכרזות.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41–45 · חידון בזק וסגירה: 3–4 שאלות מהחידון, ומשפט אחד: "מה אני לוקח/ת איתי?"</w:t>
      </w:r>
    </w:p>
    <w:p>
      <w:pPr>
        <w:bidi w:val="1"/>
        <w:jc w:val="right"/>
      </w:pPr>
      <w:r>
        <w:rPr>
          <w:b/>
          <w:color w:val="0B2F86"/>
          <w:sz w:val="32"/>
          <w:rtl w:val="1"/>
          <w:rFonts w:ascii="Arial" w:hAnsi="Arial" w:cs="Arial"/>
          <w:szCs w:val="32"/>
          <w:bCs/>
        </w:rPr>
        <w:t>🎯 התאמות לרמות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יסודי: מתמקדים בדגל, בסמל ובהמנון; הרבה יצירה וציור.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חט״ב: מוסיפים את מוסדות השלטון ואת ערכי המגילה.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חט״ע: דיון עמוק – הפרדת רשויות, "יהודית ושוויונית", ביקורת מתוך אכפתיות; משימת "בית חמישי" להמנון.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🟢 עולים: טקסטים קצרים עם ניקוד, מילון שורות ההמנון, קלף "הדגל של המדינה שבאתם ממנה" – שתי זהויות יכולות לחיות יחד.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חנ״מ: משפט אחד וסמליל לכל נושא, חידון עם 2 אפשרויות, משחק "בונים את הסמלים", כפתור הקראה.</w:t>
      </w:r>
    </w:p>
    <w:p>
      <w:pPr>
        <w:bidi w:val="1"/>
        <w:jc w:val="right"/>
      </w:pPr>
      <w:r>
        <w:rPr>
          <w:b/>
          <w:color w:val="0B2F86"/>
          <w:sz w:val="32"/>
          <w:rtl w:val="1"/>
          <w:rFonts w:ascii="Arial" w:hAnsi="Arial" w:cs="Arial"/>
          <w:szCs w:val="32"/>
          <w:bCs/>
        </w:rPr>
        <w:t>🤝 ממלכתיות ושיח מכבד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מדברים על תפקידים ומוסדות, לא על אנשים או מפלגות.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את השמות העדכניים בודקים באתרים הרשמיים: אתר הממשלה · אתר הכנסת · בית הנשיא/ה.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מכבדים כל תלמיד/ה – גם מי שמרגישים שייכות בדרך אחרת. אין תשובה "נכונה" בקלפי השיח.</w:t>
      </w:r>
    </w:p>
    <w:p>
      <w:pPr>
        <w:bidi w:val="1"/>
        <w:jc w:val="right"/>
      </w:pPr>
      <w:r>
        <w:rPr>
          <w:b/>
          <w:color w:val="0B2F86"/>
          <w:sz w:val="32"/>
          <w:rtl w:val="1"/>
          <w:rFonts w:ascii="Arial" w:hAnsi="Arial" w:cs="Arial"/>
          <w:szCs w:val="32"/>
          <w:bCs/>
        </w:rPr>
        <w:t>💙 חיבור לחוסן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במודל גש״ר מאח״ד, הפינה נוגעת בשני ערוצים: א – אמונה וערכים (ערכי המגילה, "במה אני מאמין/ה") ו־ח – חברה ושייכות (קיר השייכות, המשפט הכיתתי). שייכות היא משאב – פינה שהכיתה בנתה בעצמה מזכירה את זה כל יום.</w:t>
      </w:r>
    </w:p>
    <w:p>
      <w:pPr>
        <w:bidi w:val="1"/>
        <w:jc w:val="right"/>
      </w:pPr>
      <w:r>
        <w:rPr>
          <w:b/>
          <w:color w:val="0B2F86"/>
          <w:sz w:val="32"/>
          <w:rtl w:val="1"/>
          <w:rFonts w:ascii="Arial" w:hAnsi="Arial" w:cs="Arial"/>
          <w:szCs w:val="32"/>
          <w:bCs/>
        </w:rPr>
        <w:t>📅 מתי זה מתאים במיוחד?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בתחילת שנה (הקמת הפינה), בכ״ט בנובמבר (29.11 – החלטת האו״ם, 1947), בט״ו בשבט – יום ההולדת של הכנסת, ביום הזיכרון וביום העצמאות וביום ירושלים.</w:t>
      </w:r>
    </w:p>
    <w:p>
      <w:pPr>
        <w:bidi w:val="1"/>
        <w:jc w:val="right"/>
      </w:pPr>
      <w:r>
        <w:rPr>
          <w:b/>
          <w:color w:val="0B2F86"/>
          <w:sz w:val="32"/>
          <w:rtl w:val="1"/>
          <w:rFonts w:ascii="Arial" w:hAnsi="Arial" w:cs="Arial"/>
          <w:szCs w:val="32"/>
          <w:bCs/>
        </w:rPr>
        <w:t>🎬 מצגת סצנה אחר סצנה – בסגנון סרט אנימציה תלת־ממדי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גיבורים: נוי, תלמידה סקרנית עם תרמיל, וזיתי – ענף זית קטן ומדבר מתוך הסמל.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"הקיר הריק" – כיתה מוארת בשמש בוקר, קיר ריק ונוי מסתכלת עליו בגבה מורמת. כיתוב: מה חסר לנו כאן? מורה: מה הייתם תולים בקיר שמספר מי אנחנו?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"הדגל נוחת" – דגל מתעופף ברוח ונוחת בעדינות על הקיר; הפסים מתגלגלים לרגע לצורת טלית. כיתוב: לבן, כחול ומגן דוד. מורה: למה דווקא טלית?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"זיתי מתעורר" – המנורה מתנוצצת, וענף זית קטן פוקח עיניים ומנופף. כיתוב: מנורה + זית = מורשת ושלום.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"תווים מרחפים" – תווי ההמנון עפים כמו פרפרים מעל העיר, ומילה אחת מאירה: תקווה. מורה: איזו מילה מדברת אליכם?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"מבט מלמעלה" – מצלמה עפה מעל ירושלים בשקיעה זהובה; שלושה מבנים מאירים: כנסת, ממשלה, בית משפט.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"שלושה מגדלים וגשר" – שלושה מגדלים מחזיקים יחד גשר; כשאחד נשען יותר מדי, הגשר רועד. כיתוב: הפרדת רשויות = איזון.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"המגילה נפרשת" – מגילה מתגלגלת על הרצפה והמילים "שוויון", "חופש", "שלום" קופצות ממנה כאותיות זוהרות.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• "קיר השייכות" – פתקים צבעוניים עפים מכל השולחנות ומתחברים לקיר; נוי וזיתי מחייכים. כיתוב: הפינה שלנו – כי כל אחד ואחת מאיתנו הם חלק מהסיפור.</w:t>
      </w:r>
    </w:p>
    <w:p>
      <w:pPr>
        <w:bidi w:val="1"/>
        <w:jc w:val="right"/>
      </w:pPr>
      <w:r>
        <w:rPr>
          <w:b/>
          <w:color w:val="0B2F86"/>
          <w:sz w:val="32"/>
          <w:rtl w:val="1"/>
          <w:rFonts w:ascii="Arial" w:hAnsi="Arial" w:cs="Arial"/>
          <w:szCs w:val="32"/>
          <w:bCs/>
        </w:rPr>
        <w:t>🔑 תשובות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מי עושה מה: חוק נגד בריונות – כנסת · מחלוקת שכנים – בית משפט · תוכנית של משרד החינוך – ממשלה · שגריר/ה – נשיא/ה · שאלות לשר/ה – כנסת (פיקוח) · הנחיות בריאות – ממשלה · פגיעה בזכויות – בית משפט · הטלת הרכבת ממשלה – נשיא/ה.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חידון: התשובה הנכונה מסומנת בירוק אחרי כל בחירה, עם הסבר קצר. מפתח מלא בקובץ "מערך שיעור ומפתח תשובות".</w:t>
      </w:r>
    </w:p>
    <w:p>
      <w:pPr>
        <w:bidi w:val="1"/>
        <w:jc w:val="right"/>
      </w:pPr>
      <w:r>
        <w:rPr>
          <w:b/>
          <w:color w:val="0038B8"/>
          <w:sz w:val="44"/>
          <w:rtl w:val="1"/>
          <w:rFonts w:ascii="Arial" w:hAnsi="Arial" w:cs="Arial"/>
          <w:szCs w:val="44"/>
          <w:bCs/>
        </w:rPr>
        <w:t>מפתח תשובות – חידון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רמהשאלהתשובה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יסודי/עולים/חנ״מ · מה יש באמצע הדגל? · מגן דוד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יסודי/עולים/חנ״מ · מה יש בסמל המדינה? · מנורה וענפי זית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יסודי/עולים/חנ״מ · איך נקרא ההמנון של ישראל? · התקווה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יסודי/עולים/חנ״מ · מהי עיר הבירה של ישראל? · ירושלים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יסודי/עולים/חנ״מ · כמה חברים וחברות יש בכנסת? · 120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יסודי/עולים/חנ״מ · מה עושים כשמתנגן ההמנון? · עומדים בשקט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חט״ב/חט״ע · מתי הוכרזה הקמת מדינת ישראל? · ה׳ באייר תש״ח – 14 במאי 1948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חט״ב/חט״ע · איזו רשות מחוקקת את החוקים? · הכנסת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חט״ב/חט״ע · מה מסמלים ענפי הזית בסמל המדינה? · שלום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חט״ב/חט״ע · מי כתב את המילים של "התקווה"? · נפתלי הרץ אימבר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חט״ב/חט״ע · איזה ערך מופיע במגילת העצמאות? · שוויון זכויות לכל האזרחים בלי הבדל דת, גזע ומין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חט״ב/חט״ע · מה מתפקידי נשיא/ת המדינה? · להטיל על חבר/ת כנסת להרכיב ממשלה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חט״ב/חט״ע · בהשראת מה עוצבו הפסים הכחולים בדגל? · הטלית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חט״ב/חט״ע · למה חשובה הפרדת רשויות? · כדי שלאף גוף לא יהיה כוח בלי פיקוח</w:t>
      </w:r>
    </w:p>
    <w:p>
      <w:pPr>
        <w:bidi w:val="1"/>
        <w:jc w:val="right"/>
      </w:pPr>
      <w:r>
        <w:rPr>
          <w:b/>
          <w:color w:val="0038B8"/>
          <w:sz w:val="44"/>
          <w:rtl w:val="1"/>
          <w:rFonts w:ascii="Arial" w:hAnsi="Arial" w:cs="Arial"/>
          <w:szCs w:val="44"/>
          <w:bCs/>
        </w:rPr>
        <w:t>מפתח תשובות – מי עושה מה?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מצביעים על חוק חדש נגד בריונות ברשת. · 🏛️ הכנסת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שני שכנים לא מסכימים על גדר – ומישהו צריך להכריע לפי החוק. · ⚖️ בית המשפט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משרד החינוך מפעיל תוכנית חדשה בבתי הספר. · 🏢 הממשלה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מקבלים שגריר/ה חדש/ה ממדינה אחרת בטקס רשמי. · 🤝 נשיא/ת המדינה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חברי וחברות כנסת שואלים שר/ה שאלות על עבודת המשרד שלו/ה. · 🏛️ הכנסת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משרד הבריאות מפרסם הנחיות לשמירה על הבריאות בחורף. · 🏢 הממשלה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בודקים אם החלטה מסוימת פוגעת בזכויות של אדם. · ⚖️ בית המשפט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אחרי הבחירות – מטילים על חבר/ת כנסת את המשימה להרכיב ממשלה. · 🤝 נשיא/ת המדינה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b w:val="0"/>
        <w:color w:val="64748B"/>
        <w:sz w:val="18"/>
        <w:rtl w:val="1"/>
        <w:rFonts w:ascii="Arial" w:hAnsi="Arial" w:cs="Arial"/>
        <w:szCs w:val="18"/>
      </w:rPr>
      <w:t>יצרה: רוית ראש בן ישי · פינת לאום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